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91C64" w14:textId="77777777" w:rsidR="00B944AC" w:rsidRPr="008C5B26" w:rsidRDefault="007953EE">
      <w:pPr>
        <w:jc w:val="center"/>
        <w:rPr>
          <w:rFonts w:cs="Times New Roman"/>
          <w:sz w:val="28"/>
          <w:szCs w:val="28"/>
          <w:lang w:val="ru-RU"/>
        </w:rPr>
      </w:pPr>
      <w:r w:rsidRPr="008C5B26">
        <w:rPr>
          <w:rFonts w:cs="Times New Roman"/>
          <w:b/>
          <w:sz w:val="28"/>
          <w:szCs w:val="28"/>
          <w:lang w:val="ru-RU"/>
        </w:rPr>
        <w:t>ПЛАН ЗАХОДІВ</w:t>
      </w:r>
      <w:r w:rsidRPr="008C5B26">
        <w:rPr>
          <w:rFonts w:cs="Times New Roman"/>
          <w:b/>
          <w:sz w:val="28"/>
          <w:szCs w:val="28"/>
          <w:lang w:val="ru-RU"/>
        </w:rPr>
        <w:br/>
      </w:r>
      <w:proofErr w:type="spellStart"/>
      <w:r w:rsidRPr="008C5B26">
        <w:rPr>
          <w:rFonts w:cs="Times New Roman"/>
          <w:b/>
          <w:sz w:val="28"/>
          <w:szCs w:val="28"/>
          <w:lang w:val="ru-RU"/>
        </w:rPr>
        <w:t>щодо</w:t>
      </w:r>
      <w:proofErr w:type="spellEnd"/>
      <w:r w:rsidRPr="008C5B26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C5B26">
        <w:rPr>
          <w:rFonts w:cs="Times New Roman"/>
          <w:b/>
          <w:sz w:val="28"/>
          <w:szCs w:val="28"/>
          <w:lang w:val="ru-RU"/>
        </w:rPr>
        <w:t>запобігання</w:t>
      </w:r>
      <w:proofErr w:type="spellEnd"/>
      <w:r w:rsidRPr="008C5B26">
        <w:rPr>
          <w:rFonts w:cs="Times New Roman"/>
          <w:b/>
          <w:sz w:val="28"/>
          <w:szCs w:val="28"/>
          <w:lang w:val="ru-RU"/>
        </w:rPr>
        <w:t xml:space="preserve"> та </w:t>
      </w:r>
      <w:proofErr w:type="spellStart"/>
      <w:r w:rsidRPr="008C5B26">
        <w:rPr>
          <w:rFonts w:cs="Times New Roman"/>
          <w:b/>
          <w:sz w:val="28"/>
          <w:szCs w:val="28"/>
          <w:lang w:val="ru-RU"/>
        </w:rPr>
        <w:t>протидії</w:t>
      </w:r>
      <w:proofErr w:type="spellEnd"/>
      <w:r w:rsidRPr="008C5B26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C5B26">
        <w:rPr>
          <w:rFonts w:cs="Times New Roman"/>
          <w:b/>
          <w:sz w:val="28"/>
          <w:szCs w:val="28"/>
          <w:lang w:val="ru-RU"/>
        </w:rPr>
        <w:t>насильству</w:t>
      </w:r>
      <w:proofErr w:type="spellEnd"/>
      <w:r w:rsidRPr="008C5B26">
        <w:rPr>
          <w:rFonts w:cs="Times New Roman"/>
          <w:b/>
          <w:sz w:val="28"/>
          <w:szCs w:val="28"/>
          <w:lang w:val="ru-RU"/>
        </w:rPr>
        <w:t xml:space="preserve"> і </w:t>
      </w:r>
      <w:proofErr w:type="spellStart"/>
      <w:r w:rsidRPr="008C5B26">
        <w:rPr>
          <w:rFonts w:cs="Times New Roman"/>
          <w:b/>
          <w:sz w:val="28"/>
          <w:szCs w:val="28"/>
          <w:lang w:val="ru-RU"/>
        </w:rPr>
        <w:t>жорстокому</w:t>
      </w:r>
      <w:proofErr w:type="spellEnd"/>
      <w:r w:rsidRPr="008C5B26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C5B26">
        <w:rPr>
          <w:rFonts w:cs="Times New Roman"/>
          <w:b/>
          <w:sz w:val="28"/>
          <w:szCs w:val="28"/>
          <w:lang w:val="ru-RU"/>
        </w:rPr>
        <w:t>поводженню</w:t>
      </w:r>
      <w:proofErr w:type="spellEnd"/>
      <w:r w:rsidRPr="008C5B26">
        <w:rPr>
          <w:rFonts w:cs="Times New Roman"/>
          <w:b/>
          <w:sz w:val="28"/>
          <w:szCs w:val="28"/>
          <w:lang w:val="ru-RU"/>
        </w:rPr>
        <w:t xml:space="preserve"> з </w:t>
      </w:r>
      <w:proofErr w:type="spellStart"/>
      <w:r w:rsidRPr="008C5B26">
        <w:rPr>
          <w:rFonts w:cs="Times New Roman"/>
          <w:b/>
          <w:sz w:val="28"/>
          <w:szCs w:val="28"/>
          <w:lang w:val="ru-RU"/>
        </w:rPr>
        <w:t>дітьми</w:t>
      </w:r>
      <w:proofErr w:type="spellEnd"/>
      <w:r w:rsidRPr="008C5B26">
        <w:rPr>
          <w:rFonts w:cs="Times New Roman"/>
          <w:b/>
          <w:sz w:val="28"/>
          <w:szCs w:val="28"/>
          <w:lang w:val="ru-RU"/>
        </w:rPr>
        <w:br/>
        <w:t xml:space="preserve">на 2026/2027 </w:t>
      </w:r>
      <w:proofErr w:type="spellStart"/>
      <w:r w:rsidRPr="008C5B26">
        <w:rPr>
          <w:rFonts w:cs="Times New Roman"/>
          <w:b/>
          <w:sz w:val="28"/>
          <w:szCs w:val="28"/>
          <w:lang w:val="ru-RU"/>
        </w:rPr>
        <w:t>навчальний</w:t>
      </w:r>
      <w:proofErr w:type="spellEnd"/>
      <w:r w:rsidRPr="008C5B26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C5B26">
        <w:rPr>
          <w:rFonts w:cs="Times New Roman"/>
          <w:b/>
          <w:sz w:val="28"/>
          <w:szCs w:val="28"/>
          <w:lang w:val="ru-RU"/>
        </w:rPr>
        <w:t>рік</w:t>
      </w:r>
      <w:proofErr w:type="spellEnd"/>
    </w:p>
    <w:p w14:paraId="1F53005F" w14:textId="77777777" w:rsidR="00B944AC" w:rsidRPr="008C5B26" w:rsidRDefault="007953EE">
      <w:pPr>
        <w:jc w:val="both"/>
        <w:rPr>
          <w:rFonts w:cs="Times New Roman"/>
          <w:sz w:val="28"/>
          <w:szCs w:val="28"/>
          <w:lang w:val="ru-RU"/>
        </w:rPr>
      </w:pPr>
      <w:r w:rsidRPr="008C5B26">
        <w:rPr>
          <w:rFonts w:cs="Times New Roman"/>
          <w:sz w:val="28"/>
          <w:szCs w:val="28"/>
          <w:lang w:val="ru-RU"/>
        </w:rPr>
        <w:t xml:space="preserve">Мета: </w:t>
      </w:r>
      <w:proofErr w:type="spellStart"/>
      <w:r w:rsidRPr="008C5B26">
        <w:rPr>
          <w:rFonts w:cs="Times New Roman"/>
          <w:sz w:val="28"/>
          <w:szCs w:val="28"/>
          <w:lang w:val="ru-RU"/>
        </w:rPr>
        <w:t>створення</w:t>
      </w:r>
      <w:proofErr w:type="spellEnd"/>
      <w:r w:rsidRPr="008C5B26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C5B26">
        <w:rPr>
          <w:rFonts w:cs="Times New Roman"/>
          <w:sz w:val="28"/>
          <w:szCs w:val="28"/>
          <w:lang w:val="ru-RU"/>
        </w:rPr>
        <w:t>безпечного</w:t>
      </w:r>
      <w:proofErr w:type="spellEnd"/>
      <w:r w:rsidRPr="008C5B26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C5B26">
        <w:rPr>
          <w:rFonts w:cs="Times New Roman"/>
          <w:sz w:val="28"/>
          <w:szCs w:val="28"/>
          <w:lang w:val="ru-RU"/>
        </w:rPr>
        <w:t>освітнього</w:t>
      </w:r>
      <w:proofErr w:type="spellEnd"/>
      <w:r w:rsidRPr="008C5B26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C5B26">
        <w:rPr>
          <w:rFonts w:cs="Times New Roman"/>
          <w:sz w:val="28"/>
          <w:szCs w:val="28"/>
          <w:lang w:val="ru-RU"/>
        </w:rPr>
        <w:t>середовища</w:t>
      </w:r>
      <w:proofErr w:type="spellEnd"/>
      <w:r w:rsidRPr="008C5B26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8C5B26">
        <w:rPr>
          <w:rFonts w:cs="Times New Roman"/>
          <w:sz w:val="28"/>
          <w:szCs w:val="28"/>
          <w:lang w:val="ru-RU"/>
        </w:rPr>
        <w:t>попередження</w:t>
      </w:r>
      <w:proofErr w:type="spellEnd"/>
      <w:r w:rsidRPr="008C5B26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C5B26">
        <w:rPr>
          <w:rFonts w:cs="Times New Roman"/>
          <w:sz w:val="28"/>
          <w:szCs w:val="28"/>
          <w:lang w:val="ru-RU"/>
        </w:rPr>
        <w:t>насильства</w:t>
      </w:r>
      <w:proofErr w:type="spellEnd"/>
      <w:r w:rsidRPr="008C5B26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8C5B26">
        <w:rPr>
          <w:rFonts w:cs="Times New Roman"/>
          <w:sz w:val="28"/>
          <w:szCs w:val="28"/>
          <w:lang w:val="ru-RU"/>
        </w:rPr>
        <w:t>жорстокого</w:t>
      </w:r>
      <w:proofErr w:type="spellEnd"/>
      <w:r w:rsidRPr="008C5B26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C5B26">
        <w:rPr>
          <w:rFonts w:cs="Times New Roman"/>
          <w:sz w:val="28"/>
          <w:szCs w:val="28"/>
          <w:lang w:val="ru-RU"/>
        </w:rPr>
        <w:t>поводження</w:t>
      </w:r>
      <w:proofErr w:type="spellEnd"/>
      <w:r w:rsidRPr="008C5B26">
        <w:rPr>
          <w:rFonts w:cs="Times New Roman"/>
          <w:sz w:val="28"/>
          <w:szCs w:val="28"/>
          <w:lang w:val="ru-RU"/>
        </w:rPr>
        <w:t xml:space="preserve"> з </w:t>
      </w:r>
      <w:proofErr w:type="spellStart"/>
      <w:r w:rsidRPr="008C5B26">
        <w:rPr>
          <w:rFonts w:cs="Times New Roman"/>
          <w:sz w:val="28"/>
          <w:szCs w:val="28"/>
          <w:lang w:val="ru-RU"/>
        </w:rPr>
        <w:t>дітьми</w:t>
      </w:r>
      <w:proofErr w:type="spellEnd"/>
      <w:r w:rsidRPr="008C5B26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8C5B26">
        <w:rPr>
          <w:rFonts w:cs="Times New Roman"/>
          <w:sz w:val="28"/>
          <w:szCs w:val="28"/>
          <w:lang w:val="ru-RU"/>
        </w:rPr>
        <w:t>своєчасне</w:t>
      </w:r>
      <w:proofErr w:type="spellEnd"/>
      <w:r w:rsidRPr="008C5B26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C5B26">
        <w:rPr>
          <w:rFonts w:cs="Times New Roman"/>
          <w:sz w:val="28"/>
          <w:szCs w:val="28"/>
          <w:lang w:val="ru-RU"/>
        </w:rPr>
        <w:t>виявлення</w:t>
      </w:r>
      <w:proofErr w:type="spellEnd"/>
      <w:r w:rsidRPr="008C5B26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C5B26">
        <w:rPr>
          <w:rFonts w:cs="Times New Roman"/>
          <w:sz w:val="28"/>
          <w:szCs w:val="28"/>
          <w:lang w:val="ru-RU"/>
        </w:rPr>
        <w:t>ризиків</w:t>
      </w:r>
      <w:proofErr w:type="spellEnd"/>
      <w:r w:rsidRPr="008C5B26">
        <w:rPr>
          <w:rFonts w:cs="Times New Roman"/>
          <w:sz w:val="28"/>
          <w:szCs w:val="28"/>
          <w:lang w:val="ru-RU"/>
        </w:rPr>
        <w:t xml:space="preserve"> і </w:t>
      </w:r>
      <w:proofErr w:type="spellStart"/>
      <w:r w:rsidRPr="008C5B26">
        <w:rPr>
          <w:rFonts w:cs="Times New Roman"/>
          <w:sz w:val="28"/>
          <w:szCs w:val="28"/>
          <w:lang w:val="ru-RU"/>
        </w:rPr>
        <w:t>належне</w:t>
      </w:r>
      <w:proofErr w:type="spellEnd"/>
      <w:r w:rsidRPr="008C5B26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C5B26">
        <w:rPr>
          <w:rFonts w:cs="Times New Roman"/>
          <w:sz w:val="28"/>
          <w:szCs w:val="28"/>
          <w:lang w:val="ru-RU"/>
        </w:rPr>
        <w:t>реагування</w:t>
      </w:r>
      <w:proofErr w:type="spellEnd"/>
      <w:r w:rsidRPr="008C5B26">
        <w:rPr>
          <w:rFonts w:cs="Times New Roman"/>
          <w:sz w:val="28"/>
          <w:szCs w:val="28"/>
          <w:lang w:val="ru-RU"/>
        </w:rPr>
        <w:t xml:space="preserve"> на </w:t>
      </w:r>
      <w:proofErr w:type="spellStart"/>
      <w:r w:rsidRPr="008C5B26">
        <w:rPr>
          <w:rFonts w:cs="Times New Roman"/>
          <w:sz w:val="28"/>
          <w:szCs w:val="28"/>
          <w:lang w:val="ru-RU"/>
        </w:rPr>
        <w:t>повідомлення</w:t>
      </w:r>
      <w:proofErr w:type="spellEnd"/>
      <w:r w:rsidRPr="008C5B26">
        <w:rPr>
          <w:rFonts w:cs="Times New Roman"/>
          <w:sz w:val="28"/>
          <w:szCs w:val="28"/>
          <w:lang w:val="ru-RU"/>
        </w:rPr>
        <w:t>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035"/>
        <w:gridCol w:w="3038"/>
        <w:gridCol w:w="3037"/>
        <w:gridCol w:w="3037"/>
        <w:gridCol w:w="3037"/>
      </w:tblGrid>
      <w:tr w:rsidR="00B944AC" w:rsidRPr="008C5B26" w14:paraId="07162ABE" w14:textId="77777777">
        <w:trPr>
          <w:tblHeader/>
          <w:jc w:val="center"/>
        </w:trPr>
        <w:tc>
          <w:tcPr>
            <w:tcW w:w="3039" w:type="dxa"/>
            <w:vAlign w:val="center"/>
          </w:tcPr>
          <w:p w14:paraId="4E420065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39" w:type="dxa"/>
            <w:vAlign w:val="center"/>
          </w:tcPr>
          <w:p w14:paraId="55161242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b/>
                <w:sz w:val="28"/>
                <w:szCs w:val="28"/>
              </w:rPr>
              <w:t>Зміст заходу</w:t>
            </w:r>
          </w:p>
        </w:tc>
        <w:tc>
          <w:tcPr>
            <w:tcW w:w="3039" w:type="dxa"/>
            <w:vAlign w:val="center"/>
          </w:tcPr>
          <w:p w14:paraId="4AC75993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b/>
                <w:sz w:val="28"/>
                <w:szCs w:val="28"/>
              </w:rPr>
              <w:t>Термін виконання</w:t>
            </w:r>
          </w:p>
        </w:tc>
        <w:tc>
          <w:tcPr>
            <w:tcW w:w="3039" w:type="dxa"/>
            <w:vAlign w:val="center"/>
          </w:tcPr>
          <w:p w14:paraId="5CC42FF2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b/>
                <w:sz w:val="28"/>
                <w:szCs w:val="28"/>
              </w:rPr>
              <w:t>Відповідальні</w:t>
            </w:r>
          </w:p>
        </w:tc>
        <w:tc>
          <w:tcPr>
            <w:tcW w:w="3039" w:type="dxa"/>
            <w:vAlign w:val="center"/>
          </w:tcPr>
          <w:p w14:paraId="6D70450E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b/>
                <w:sz w:val="28"/>
                <w:szCs w:val="28"/>
              </w:rPr>
              <w:t>Відмітка про виконання</w:t>
            </w:r>
          </w:p>
        </w:tc>
      </w:tr>
      <w:tr w:rsidR="00B944AC" w:rsidRPr="008C5B26" w14:paraId="7AAE0D4D" w14:textId="77777777">
        <w:trPr>
          <w:jc w:val="center"/>
        </w:trPr>
        <w:tc>
          <w:tcPr>
            <w:tcW w:w="3039" w:type="dxa"/>
            <w:vAlign w:val="center"/>
          </w:tcPr>
          <w:p w14:paraId="787269DA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039" w:type="dxa"/>
            <w:vAlign w:val="center"/>
          </w:tcPr>
          <w:p w14:paraId="5853BE30" w14:textId="77777777" w:rsidR="00B944AC" w:rsidRPr="008C5B26" w:rsidRDefault="007953EE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Оновити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оприлюднити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сайті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ліцею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Положення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запобігання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протидію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насильству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жорстокому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поводженню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дітьми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039" w:type="dxa"/>
            <w:vAlign w:val="center"/>
          </w:tcPr>
          <w:p w14:paraId="1FB42A28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</w:rPr>
              <w:t>Вересень</w:t>
            </w:r>
            <w:proofErr w:type="spellEnd"/>
            <w:r w:rsidRPr="008C5B26">
              <w:rPr>
                <w:rFonts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3039" w:type="dxa"/>
            <w:vAlign w:val="center"/>
          </w:tcPr>
          <w:p w14:paraId="5DC1F787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Адміністрація</w:t>
            </w:r>
          </w:p>
        </w:tc>
        <w:tc>
          <w:tcPr>
            <w:tcW w:w="3039" w:type="dxa"/>
          </w:tcPr>
          <w:p w14:paraId="7541DC51" w14:textId="77777777" w:rsidR="00B944AC" w:rsidRPr="008C5B26" w:rsidRDefault="00B944AC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B944AC" w:rsidRPr="008C5B26" w14:paraId="5BB8EDFB" w14:textId="77777777">
        <w:trPr>
          <w:jc w:val="center"/>
        </w:trPr>
        <w:tc>
          <w:tcPr>
            <w:tcW w:w="3039" w:type="dxa"/>
            <w:vAlign w:val="center"/>
          </w:tcPr>
          <w:p w14:paraId="0241492C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039" w:type="dxa"/>
            <w:vAlign w:val="center"/>
          </w:tcPr>
          <w:p w14:paraId="1DA0DCC0" w14:textId="77777777" w:rsidR="00B944AC" w:rsidRPr="008C5B26" w:rsidRDefault="007953EE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Ознайомити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працівників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ліцею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Положенням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, алгоритмами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виявлення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повідомлення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реагування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випадки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насильства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039" w:type="dxa"/>
            <w:vAlign w:val="center"/>
          </w:tcPr>
          <w:p w14:paraId="3F417B55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</w:rPr>
              <w:t>Вересень</w:t>
            </w:r>
            <w:proofErr w:type="spellEnd"/>
            <w:r w:rsidRPr="008C5B26">
              <w:rPr>
                <w:rFonts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3039" w:type="dxa"/>
            <w:vAlign w:val="center"/>
          </w:tcPr>
          <w:p w14:paraId="4E254498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Адміністрація, практичний психолог</w:t>
            </w:r>
          </w:p>
        </w:tc>
        <w:tc>
          <w:tcPr>
            <w:tcW w:w="3039" w:type="dxa"/>
          </w:tcPr>
          <w:p w14:paraId="06C55776" w14:textId="77777777" w:rsidR="00B944AC" w:rsidRPr="008C5B26" w:rsidRDefault="00B944AC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B944AC" w:rsidRPr="008C5B26" w14:paraId="1DDB25EB" w14:textId="77777777">
        <w:trPr>
          <w:jc w:val="center"/>
        </w:trPr>
        <w:tc>
          <w:tcPr>
            <w:tcW w:w="3039" w:type="dxa"/>
            <w:vAlign w:val="center"/>
          </w:tcPr>
          <w:p w14:paraId="608EA527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039" w:type="dxa"/>
            <w:vAlign w:val="center"/>
          </w:tcPr>
          <w:p w14:paraId="5B62A361" w14:textId="77777777" w:rsidR="00B944AC" w:rsidRPr="008C5B26" w:rsidRDefault="007953EE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Визначити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відповідальних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осіб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актуалізувати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інформацію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канали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повідомлення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можливі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випадки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насильства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039" w:type="dxa"/>
            <w:vAlign w:val="center"/>
          </w:tcPr>
          <w:p w14:paraId="7222B4C0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</w:rPr>
              <w:t>Вересень</w:t>
            </w:r>
            <w:proofErr w:type="spellEnd"/>
            <w:r w:rsidRPr="008C5B26">
              <w:rPr>
                <w:rFonts w:cs="Times New Roman"/>
                <w:sz w:val="28"/>
                <w:szCs w:val="28"/>
              </w:rPr>
              <w:t xml:space="preserve"> 2026; </w:t>
            </w:r>
            <w:proofErr w:type="spellStart"/>
            <w:r w:rsidRPr="008C5B26">
              <w:rPr>
                <w:rFonts w:cs="Times New Roman"/>
                <w:sz w:val="28"/>
                <w:szCs w:val="28"/>
              </w:rPr>
              <w:t>за</w:t>
            </w:r>
            <w:proofErr w:type="spellEnd"/>
            <w:r w:rsidRPr="008C5B26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</w:rPr>
              <w:t>потреби</w:t>
            </w:r>
            <w:proofErr w:type="spellEnd"/>
          </w:p>
        </w:tc>
        <w:tc>
          <w:tcPr>
            <w:tcW w:w="3039" w:type="dxa"/>
            <w:vAlign w:val="center"/>
          </w:tcPr>
          <w:p w14:paraId="387D14E6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Директор, заступник директора</w:t>
            </w:r>
          </w:p>
        </w:tc>
        <w:tc>
          <w:tcPr>
            <w:tcW w:w="3039" w:type="dxa"/>
          </w:tcPr>
          <w:p w14:paraId="31978BCE" w14:textId="77777777" w:rsidR="00B944AC" w:rsidRPr="008C5B26" w:rsidRDefault="00B944AC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B944AC" w:rsidRPr="008C5B26" w14:paraId="78698D6C" w14:textId="77777777">
        <w:trPr>
          <w:jc w:val="center"/>
        </w:trPr>
        <w:tc>
          <w:tcPr>
            <w:tcW w:w="3039" w:type="dxa"/>
            <w:vAlign w:val="center"/>
          </w:tcPr>
          <w:p w14:paraId="7B4A782B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039" w:type="dxa"/>
            <w:vAlign w:val="center"/>
          </w:tcPr>
          <w:p w14:paraId="72F0F49E" w14:textId="77777777" w:rsidR="00B944AC" w:rsidRPr="008C5B26" w:rsidRDefault="007953EE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Розмістити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сайті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інформаційних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стендах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контакти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служб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допомоги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дітям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, порядок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звернення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та алгоритм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дій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039" w:type="dxa"/>
            <w:vAlign w:val="center"/>
          </w:tcPr>
          <w:p w14:paraId="20E539ED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</w:rPr>
              <w:t>Вересень</w:t>
            </w:r>
            <w:proofErr w:type="spellEnd"/>
            <w:r w:rsidRPr="008C5B26">
              <w:rPr>
                <w:rFonts w:cs="Times New Roman"/>
                <w:sz w:val="28"/>
                <w:szCs w:val="28"/>
              </w:rPr>
              <w:t xml:space="preserve"> 2026; </w:t>
            </w:r>
            <w:proofErr w:type="spellStart"/>
            <w:r w:rsidRPr="008C5B26">
              <w:rPr>
                <w:rFonts w:cs="Times New Roman"/>
                <w:sz w:val="28"/>
                <w:szCs w:val="28"/>
              </w:rPr>
              <w:t>постійно</w:t>
            </w:r>
            <w:proofErr w:type="spellEnd"/>
          </w:p>
        </w:tc>
        <w:tc>
          <w:tcPr>
            <w:tcW w:w="3039" w:type="dxa"/>
            <w:vAlign w:val="center"/>
          </w:tcPr>
          <w:p w14:paraId="14EBFB90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Заступник директора, соціальний педагог</w:t>
            </w:r>
          </w:p>
        </w:tc>
        <w:tc>
          <w:tcPr>
            <w:tcW w:w="3039" w:type="dxa"/>
          </w:tcPr>
          <w:p w14:paraId="3C1E7B36" w14:textId="77777777" w:rsidR="00B944AC" w:rsidRPr="008C5B26" w:rsidRDefault="00B944AC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B944AC" w:rsidRPr="008C5B26" w14:paraId="1741F039" w14:textId="77777777">
        <w:trPr>
          <w:jc w:val="center"/>
        </w:trPr>
        <w:tc>
          <w:tcPr>
            <w:tcW w:w="3039" w:type="dxa"/>
            <w:vAlign w:val="center"/>
          </w:tcPr>
          <w:p w14:paraId="04635B07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039" w:type="dxa"/>
            <w:vAlign w:val="center"/>
          </w:tcPr>
          <w:p w14:paraId="72A7D982" w14:textId="77777777" w:rsidR="00B944AC" w:rsidRPr="008C5B26" w:rsidRDefault="007953EE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Провести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інструктивно-методичну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нараду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педагогів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щодо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ознак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насильства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, алгоритму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дій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працівника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недопущення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замовчування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випадків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039" w:type="dxa"/>
            <w:vAlign w:val="center"/>
          </w:tcPr>
          <w:p w14:paraId="2C503262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</w:rPr>
              <w:t>Вересень</w:t>
            </w:r>
            <w:proofErr w:type="spellEnd"/>
            <w:r w:rsidRPr="008C5B26">
              <w:rPr>
                <w:rFonts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3039" w:type="dxa"/>
            <w:vAlign w:val="center"/>
          </w:tcPr>
          <w:p w14:paraId="1BA9B1A5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Адміністрація, психолог</w:t>
            </w:r>
          </w:p>
        </w:tc>
        <w:tc>
          <w:tcPr>
            <w:tcW w:w="3039" w:type="dxa"/>
          </w:tcPr>
          <w:p w14:paraId="5810CAD3" w14:textId="77777777" w:rsidR="00B944AC" w:rsidRPr="008C5B26" w:rsidRDefault="00B944AC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B944AC" w:rsidRPr="008C5B26" w14:paraId="4BC24B4A" w14:textId="77777777">
        <w:trPr>
          <w:jc w:val="center"/>
        </w:trPr>
        <w:tc>
          <w:tcPr>
            <w:tcW w:w="3039" w:type="dxa"/>
            <w:vAlign w:val="center"/>
          </w:tcPr>
          <w:p w14:paraId="57A97FF1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039" w:type="dxa"/>
            <w:vAlign w:val="center"/>
          </w:tcPr>
          <w:p w14:paraId="1C9E1419" w14:textId="77777777" w:rsidR="00B944AC" w:rsidRPr="008C5B26" w:rsidRDefault="007953EE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Провести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години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спілкування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Мої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права і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особисті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кордони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>», «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Безпечне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спілкування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», «Куди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звертатися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допомогу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>».</w:t>
            </w:r>
          </w:p>
        </w:tc>
        <w:tc>
          <w:tcPr>
            <w:tcW w:w="3039" w:type="dxa"/>
            <w:vAlign w:val="center"/>
          </w:tcPr>
          <w:p w14:paraId="7775CADC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</w:rPr>
              <w:t>Протягом</w:t>
            </w:r>
            <w:proofErr w:type="spellEnd"/>
            <w:r w:rsidRPr="008C5B26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3039" w:type="dxa"/>
            <w:vAlign w:val="center"/>
          </w:tcPr>
          <w:p w14:paraId="7CF45A92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Класні керівники</w:t>
            </w:r>
          </w:p>
        </w:tc>
        <w:tc>
          <w:tcPr>
            <w:tcW w:w="3039" w:type="dxa"/>
          </w:tcPr>
          <w:p w14:paraId="45438E99" w14:textId="77777777" w:rsidR="00B944AC" w:rsidRPr="008C5B26" w:rsidRDefault="00B944AC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B944AC" w:rsidRPr="008C5B26" w14:paraId="408092B1" w14:textId="77777777">
        <w:trPr>
          <w:jc w:val="center"/>
        </w:trPr>
        <w:tc>
          <w:tcPr>
            <w:tcW w:w="3039" w:type="dxa"/>
            <w:vAlign w:val="center"/>
          </w:tcPr>
          <w:p w14:paraId="77CF2933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039" w:type="dxa"/>
            <w:vAlign w:val="center"/>
          </w:tcPr>
          <w:p w14:paraId="616C8921" w14:textId="77777777" w:rsidR="00B944AC" w:rsidRPr="008C5B26" w:rsidRDefault="007953EE">
            <w:pPr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Організувати профілактичні заняття для учнів 5–11 класів щодо протидії булінгу, кібербулінгу, насильству та дискримінації.</w:t>
            </w:r>
          </w:p>
        </w:tc>
        <w:tc>
          <w:tcPr>
            <w:tcW w:w="3039" w:type="dxa"/>
            <w:vAlign w:val="center"/>
          </w:tcPr>
          <w:p w14:paraId="1BD59DB8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Жовтень 2026 – квітень 2027</w:t>
            </w:r>
          </w:p>
        </w:tc>
        <w:tc>
          <w:tcPr>
            <w:tcW w:w="3039" w:type="dxa"/>
            <w:vAlign w:val="center"/>
          </w:tcPr>
          <w:p w14:paraId="6D105071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Практичний психолог, соціальний педагог</w:t>
            </w:r>
          </w:p>
        </w:tc>
        <w:tc>
          <w:tcPr>
            <w:tcW w:w="3039" w:type="dxa"/>
          </w:tcPr>
          <w:p w14:paraId="25EAEC86" w14:textId="77777777" w:rsidR="00B944AC" w:rsidRPr="008C5B26" w:rsidRDefault="00B944AC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B944AC" w:rsidRPr="008C5B26" w14:paraId="32420E1E" w14:textId="77777777">
        <w:trPr>
          <w:jc w:val="center"/>
        </w:trPr>
        <w:tc>
          <w:tcPr>
            <w:tcW w:w="3039" w:type="dxa"/>
            <w:vAlign w:val="center"/>
          </w:tcPr>
          <w:p w14:paraId="1F886B1E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039" w:type="dxa"/>
            <w:vAlign w:val="center"/>
          </w:tcPr>
          <w:p w14:paraId="4F821711" w14:textId="77777777" w:rsidR="00B944AC" w:rsidRPr="008C5B26" w:rsidRDefault="007953EE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Провести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анонімне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опитування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учнів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щодо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рівня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безпеки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психологічного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комфорту та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можливих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ризиків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шкільному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середовищі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039" w:type="dxa"/>
            <w:vAlign w:val="center"/>
          </w:tcPr>
          <w:p w14:paraId="4CBBD7B8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</w:rPr>
              <w:t>Жовтень</w:t>
            </w:r>
            <w:proofErr w:type="spellEnd"/>
            <w:r w:rsidRPr="008C5B26">
              <w:rPr>
                <w:rFonts w:cs="Times New Roman"/>
                <w:sz w:val="28"/>
                <w:szCs w:val="28"/>
              </w:rPr>
              <w:t xml:space="preserve"> 2026, </w:t>
            </w:r>
            <w:proofErr w:type="spellStart"/>
            <w:r w:rsidRPr="008C5B26">
              <w:rPr>
                <w:rFonts w:cs="Times New Roman"/>
                <w:sz w:val="28"/>
                <w:szCs w:val="28"/>
              </w:rPr>
              <w:t>березень</w:t>
            </w:r>
            <w:proofErr w:type="spellEnd"/>
            <w:r w:rsidRPr="008C5B26">
              <w:rPr>
                <w:rFonts w:cs="Times New Roman"/>
                <w:sz w:val="28"/>
                <w:szCs w:val="28"/>
              </w:rPr>
              <w:t xml:space="preserve"> 2027</w:t>
            </w:r>
          </w:p>
        </w:tc>
        <w:tc>
          <w:tcPr>
            <w:tcW w:w="3039" w:type="dxa"/>
            <w:vAlign w:val="center"/>
          </w:tcPr>
          <w:p w14:paraId="5D4F80F0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3039" w:type="dxa"/>
          </w:tcPr>
          <w:p w14:paraId="4E1261E3" w14:textId="77777777" w:rsidR="00B944AC" w:rsidRPr="008C5B26" w:rsidRDefault="00B944AC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B944AC" w:rsidRPr="000A29F9" w14:paraId="03B8F7AF" w14:textId="77777777">
        <w:trPr>
          <w:jc w:val="center"/>
        </w:trPr>
        <w:tc>
          <w:tcPr>
            <w:tcW w:w="3039" w:type="dxa"/>
            <w:vAlign w:val="center"/>
          </w:tcPr>
          <w:p w14:paraId="2B2467C5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3039" w:type="dxa"/>
            <w:vAlign w:val="center"/>
          </w:tcPr>
          <w:p w14:paraId="2EADC65C" w14:textId="77777777" w:rsidR="00B944AC" w:rsidRPr="008C5B26" w:rsidRDefault="007953EE">
            <w:pPr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Проводити індивідуальну роботу з учнями, які потребують підвищеної педагогічної та психологічної уваги, з дотриманням конфіденційності.</w:t>
            </w:r>
          </w:p>
        </w:tc>
        <w:tc>
          <w:tcPr>
            <w:tcW w:w="3039" w:type="dxa"/>
            <w:vAlign w:val="center"/>
          </w:tcPr>
          <w:p w14:paraId="5B9F906F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3039" w:type="dxa"/>
            <w:vAlign w:val="center"/>
          </w:tcPr>
          <w:p w14:paraId="1374EA70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Психолог,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педагог,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класні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керівники</w:t>
            </w:r>
            <w:proofErr w:type="spellEnd"/>
          </w:p>
        </w:tc>
        <w:tc>
          <w:tcPr>
            <w:tcW w:w="3039" w:type="dxa"/>
          </w:tcPr>
          <w:p w14:paraId="075284B0" w14:textId="77777777" w:rsidR="00B944AC" w:rsidRPr="008C5B26" w:rsidRDefault="00B944AC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B944AC" w:rsidRPr="000A29F9" w14:paraId="3BAF0D60" w14:textId="77777777">
        <w:trPr>
          <w:jc w:val="center"/>
        </w:trPr>
        <w:tc>
          <w:tcPr>
            <w:tcW w:w="3039" w:type="dxa"/>
            <w:vAlign w:val="center"/>
          </w:tcPr>
          <w:p w14:paraId="6A029A56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3039" w:type="dxa"/>
            <w:vAlign w:val="center"/>
          </w:tcPr>
          <w:p w14:paraId="00E7C411" w14:textId="77777777" w:rsidR="00B944AC" w:rsidRPr="008C5B26" w:rsidRDefault="007953EE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Організувати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просвітницьку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роботу з батьками: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ознаки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насильства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безпечна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поведінка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дітей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інтернеті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ненасильницьке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спілкування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, порядок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звернення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допомогу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039" w:type="dxa"/>
            <w:vAlign w:val="center"/>
          </w:tcPr>
          <w:p w14:paraId="56596617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</w:rPr>
              <w:t>Протягом</w:t>
            </w:r>
            <w:proofErr w:type="spellEnd"/>
            <w:r w:rsidRPr="008C5B26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3039" w:type="dxa"/>
            <w:vAlign w:val="center"/>
          </w:tcPr>
          <w:p w14:paraId="3EAE56C0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Класні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, психолог,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3039" w:type="dxa"/>
          </w:tcPr>
          <w:p w14:paraId="4142D340" w14:textId="77777777" w:rsidR="00B944AC" w:rsidRPr="008C5B26" w:rsidRDefault="00B944AC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B944AC" w:rsidRPr="000A29F9" w14:paraId="5ADABC67" w14:textId="77777777">
        <w:trPr>
          <w:jc w:val="center"/>
        </w:trPr>
        <w:tc>
          <w:tcPr>
            <w:tcW w:w="3039" w:type="dxa"/>
            <w:vAlign w:val="center"/>
          </w:tcPr>
          <w:p w14:paraId="45A0EE85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3039" w:type="dxa"/>
            <w:vAlign w:val="center"/>
          </w:tcPr>
          <w:p w14:paraId="49EB4B91" w14:textId="77777777" w:rsidR="00B944AC" w:rsidRPr="008C5B26" w:rsidRDefault="007953EE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Провести заходи до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Всеукраїнської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акції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8C5B26">
              <w:rPr>
                <w:rFonts w:cs="Times New Roman"/>
                <w:sz w:val="28"/>
                <w:szCs w:val="28"/>
                <w:lang w:val="ru-RU"/>
              </w:rPr>
              <w:lastRenderedPageBreak/>
              <w:t xml:space="preserve">«16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днів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проти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насильства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>».</w:t>
            </w:r>
          </w:p>
        </w:tc>
        <w:tc>
          <w:tcPr>
            <w:tcW w:w="3039" w:type="dxa"/>
            <w:vAlign w:val="center"/>
          </w:tcPr>
          <w:p w14:paraId="62BEDF0D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lastRenderedPageBreak/>
              <w:t>25.11–10.12.2026</w:t>
            </w:r>
          </w:p>
        </w:tc>
        <w:tc>
          <w:tcPr>
            <w:tcW w:w="3039" w:type="dxa"/>
            <w:vAlign w:val="center"/>
          </w:tcPr>
          <w:p w14:paraId="4F7FECB5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Заступник директора, психолог,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8C5B26">
              <w:rPr>
                <w:rFonts w:cs="Times New Roman"/>
                <w:sz w:val="28"/>
                <w:szCs w:val="28"/>
                <w:lang w:val="ru-RU"/>
              </w:rPr>
              <w:lastRenderedPageBreak/>
              <w:t xml:space="preserve">педагог,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класні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керівники</w:t>
            </w:r>
            <w:proofErr w:type="spellEnd"/>
          </w:p>
        </w:tc>
        <w:tc>
          <w:tcPr>
            <w:tcW w:w="3039" w:type="dxa"/>
          </w:tcPr>
          <w:p w14:paraId="79A8C6AC" w14:textId="77777777" w:rsidR="00B944AC" w:rsidRPr="008C5B26" w:rsidRDefault="00B944AC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B944AC" w:rsidRPr="008C5B26" w14:paraId="7393833A" w14:textId="77777777">
        <w:trPr>
          <w:jc w:val="center"/>
        </w:trPr>
        <w:tc>
          <w:tcPr>
            <w:tcW w:w="3039" w:type="dxa"/>
            <w:vAlign w:val="center"/>
          </w:tcPr>
          <w:p w14:paraId="147AA871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3039" w:type="dxa"/>
            <w:vAlign w:val="center"/>
          </w:tcPr>
          <w:p w14:paraId="409CB58B" w14:textId="77777777" w:rsidR="00B944AC" w:rsidRPr="008C5B26" w:rsidRDefault="007953EE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Здійснювати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невідкладне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реагування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повідомлення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або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виявлені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ознаки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насильства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жорстокого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поводження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дітьми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до чинного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законодавства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039" w:type="dxa"/>
            <w:vAlign w:val="center"/>
          </w:tcPr>
          <w:p w14:paraId="56ED5BB4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</w:rPr>
              <w:t>Постійно</w:t>
            </w:r>
            <w:proofErr w:type="spellEnd"/>
          </w:p>
        </w:tc>
        <w:tc>
          <w:tcPr>
            <w:tcW w:w="3039" w:type="dxa"/>
            <w:vAlign w:val="center"/>
          </w:tcPr>
          <w:p w14:paraId="6AE3E9CC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Директор, відповідальні працівники</w:t>
            </w:r>
          </w:p>
        </w:tc>
        <w:tc>
          <w:tcPr>
            <w:tcW w:w="3039" w:type="dxa"/>
          </w:tcPr>
          <w:p w14:paraId="448D160B" w14:textId="77777777" w:rsidR="00B944AC" w:rsidRPr="008C5B26" w:rsidRDefault="00B944AC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B944AC" w:rsidRPr="008C5B26" w14:paraId="620FFBF2" w14:textId="77777777">
        <w:trPr>
          <w:jc w:val="center"/>
        </w:trPr>
        <w:tc>
          <w:tcPr>
            <w:tcW w:w="3039" w:type="dxa"/>
            <w:vAlign w:val="center"/>
          </w:tcPr>
          <w:p w14:paraId="7D1E4319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3039" w:type="dxa"/>
            <w:vAlign w:val="center"/>
          </w:tcPr>
          <w:p w14:paraId="0D01202E" w14:textId="77777777" w:rsidR="00B944AC" w:rsidRPr="008C5B26" w:rsidRDefault="007953EE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Забезпечувати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належну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реєстрацію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повідомлень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ведення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передбаченої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локальними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документами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документації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дотриманням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вимог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щодо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захисту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персональних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даних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039" w:type="dxa"/>
            <w:vAlign w:val="center"/>
          </w:tcPr>
          <w:p w14:paraId="7F3C2F31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</w:rPr>
              <w:t>Постійно</w:t>
            </w:r>
            <w:proofErr w:type="spellEnd"/>
          </w:p>
        </w:tc>
        <w:tc>
          <w:tcPr>
            <w:tcW w:w="3039" w:type="dxa"/>
            <w:vAlign w:val="center"/>
          </w:tcPr>
          <w:p w14:paraId="42EB6AA1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Відповідальна особа</w:t>
            </w:r>
          </w:p>
        </w:tc>
        <w:tc>
          <w:tcPr>
            <w:tcW w:w="3039" w:type="dxa"/>
          </w:tcPr>
          <w:p w14:paraId="5C6677D5" w14:textId="77777777" w:rsidR="00B944AC" w:rsidRPr="008C5B26" w:rsidRDefault="00B944AC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B944AC" w:rsidRPr="008C5B26" w14:paraId="1509C4EA" w14:textId="77777777">
        <w:trPr>
          <w:jc w:val="center"/>
        </w:trPr>
        <w:tc>
          <w:tcPr>
            <w:tcW w:w="3039" w:type="dxa"/>
            <w:vAlign w:val="center"/>
          </w:tcPr>
          <w:p w14:paraId="1A415D64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3039" w:type="dxa"/>
            <w:vAlign w:val="center"/>
          </w:tcPr>
          <w:p w14:paraId="58A87D13" w14:textId="77777777" w:rsidR="00B944AC" w:rsidRPr="008C5B26" w:rsidRDefault="007953EE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Забезпечувати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взаємодію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зі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службою </w:t>
            </w:r>
            <w:proofErr w:type="gramStart"/>
            <w:r w:rsidRPr="008C5B26">
              <w:rPr>
                <w:rFonts w:cs="Times New Roman"/>
                <w:sz w:val="28"/>
                <w:szCs w:val="28"/>
                <w:lang w:val="ru-RU"/>
              </w:rPr>
              <w:t>у справах</w:t>
            </w:r>
            <w:proofErr w:type="gram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дітей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Національною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поліцією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соціальними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службами та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іншими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суб’єктами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реагування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8C5B26">
              <w:rPr>
                <w:rFonts w:cs="Times New Roman"/>
                <w:sz w:val="28"/>
                <w:szCs w:val="28"/>
                <w:lang w:val="ru-RU"/>
              </w:rPr>
              <w:lastRenderedPageBreak/>
              <w:t xml:space="preserve">у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випадках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передбачених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законодавством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039" w:type="dxa"/>
            <w:vAlign w:val="center"/>
          </w:tcPr>
          <w:p w14:paraId="52D32123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</w:rPr>
              <w:lastRenderedPageBreak/>
              <w:t>За</w:t>
            </w:r>
            <w:proofErr w:type="spellEnd"/>
            <w:r w:rsidRPr="008C5B26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</w:rPr>
              <w:t>потреби</w:t>
            </w:r>
            <w:proofErr w:type="spellEnd"/>
          </w:p>
        </w:tc>
        <w:tc>
          <w:tcPr>
            <w:tcW w:w="3039" w:type="dxa"/>
            <w:vAlign w:val="center"/>
          </w:tcPr>
          <w:p w14:paraId="08AB1063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Директор, адміністрація</w:t>
            </w:r>
          </w:p>
        </w:tc>
        <w:tc>
          <w:tcPr>
            <w:tcW w:w="3039" w:type="dxa"/>
          </w:tcPr>
          <w:p w14:paraId="25A0632F" w14:textId="77777777" w:rsidR="00B944AC" w:rsidRPr="008C5B26" w:rsidRDefault="00B944AC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B944AC" w:rsidRPr="000A29F9" w14:paraId="5B2732AD" w14:textId="77777777">
        <w:trPr>
          <w:jc w:val="center"/>
        </w:trPr>
        <w:tc>
          <w:tcPr>
            <w:tcW w:w="3039" w:type="dxa"/>
            <w:vAlign w:val="center"/>
          </w:tcPr>
          <w:p w14:paraId="32D3F962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039" w:type="dxa"/>
            <w:vAlign w:val="center"/>
          </w:tcPr>
          <w:p w14:paraId="0912FD2C" w14:textId="77777777" w:rsidR="00B944AC" w:rsidRPr="008C5B26" w:rsidRDefault="007953EE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Аналізувати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стан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Плану та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ефективність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профілактичної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роботи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; за результатами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вносити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корективи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039" w:type="dxa"/>
            <w:vAlign w:val="center"/>
          </w:tcPr>
          <w:p w14:paraId="388728EC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</w:rPr>
              <w:t>Грудень</w:t>
            </w:r>
            <w:proofErr w:type="spellEnd"/>
            <w:r w:rsidRPr="008C5B26">
              <w:rPr>
                <w:rFonts w:cs="Times New Roman"/>
                <w:sz w:val="28"/>
                <w:szCs w:val="28"/>
              </w:rPr>
              <w:t xml:space="preserve"> 2026, </w:t>
            </w:r>
            <w:proofErr w:type="spellStart"/>
            <w:r w:rsidRPr="008C5B26">
              <w:rPr>
                <w:rFonts w:cs="Times New Roman"/>
                <w:sz w:val="28"/>
                <w:szCs w:val="28"/>
              </w:rPr>
              <w:t>травень</w:t>
            </w:r>
            <w:proofErr w:type="spellEnd"/>
            <w:r w:rsidRPr="008C5B26">
              <w:rPr>
                <w:rFonts w:cs="Times New Roman"/>
                <w:sz w:val="28"/>
                <w:szCs w:val="28"/>
              </w:rPr>
              <w:t xml:space="preserve"> 2027</w:t>
            </w:r>
          </w:p>
        </w:tc>
        <w:tc>
          <w:tcPr>
            <w:tcW w:w="3039" w:type="dxa"/>
            <w:vAlign w:val="center"/>
          </w:tcPr>
          <w:p w14:paraId="3439B875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Заступник директора, психолог,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3039" w:type="dxa"/>
          </w:tcPr>
          <w:p w14:paraId="2566285D" w14:textId="77777777" w:rsidR="00B944AC" w:rsidRPr="008C5B26" w:rsidRDefault="00B944AC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B944AC" w:rsidRPr="008C5B26" w14:paraId="5CA20114" w14:textId="77777777">
        <w:trPr>
          <w:jc w:val="center"/>
        </w:trPr>
        <w:tc>
          <w:tcPr>
            <w:tcW w:w="3039" w:type="dxa"/>
            <w:vAlign w:val="center"/>
          </w:tcPr>
          <w:p w14:paraId="09D00E36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16</w:t>
            </w:r>
          </w:p>
        </w:tc>
        <w:tc>
          <w:tcPr>
            <w:tcW w:w="3039" w:type="dxa"/>
            <w:vAlign w:val="center"/>
          </w:tcPr>
          <w:p w14:paraId="0DBDEEA9" w14:textId="77777777" w:rsidR="00B944AC" w:rsidRPr="008C5B26" w:rsidRDefault="007953EE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Підготувати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підсумкову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інформацію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заходів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із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запобігання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протидії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насильству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жорстокому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поводженню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8C5B26">
              <w:rPr>
                <w:rFonts w:cs="Times New Roman"/>
                <w:sz w:val="28"/>
                <w:szCs w:val="28"/>
                <w:lang w:val="ru-RU"/>
              </w:rPr>
              <w:t>дітьми</w:t>
            </w:r>
            <w:proofErr w:type="spellEnd"/>
            <w:r w:rsidRPr="008C5B26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039" w:type="dxa"/>
            <w:vAlign w:val="center"/>
          </w:tcPr>
          <w:p w14:paraId="4A796FFB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C5B26">
              <w:rPr>
                <w:rFonts w:cs="Times New Roman"/>
                <w:sz w:val="28"/>
                <w:szCs w:val="28"/>
              </w:rPr>
              <w:t>Травень</w:t>
            </w:r>
            <w:proofErr w:type="spellEnd"/>
            <w:r w:rsidRPr="008C5B26">
              <w:rPr>
                <w:rFonts w:cs="Times New Roman"/>
                <w:sz w:val="28"/>
                <w:szCs w:val="28"/>
              </w:rPr>
              <w:t>–</w:t>
            </w:r>
            <w:proofErr w:type="spellStart"/>
            <w:r w:rsidRPr="008C5B26">
              <w:rPr>
                <w:rFonts w:cs="Times New Roman"/>
                <w:sz w:val="28"/>
                <w:szCs w:val="28"/>
              </w:rPr>
              <w:t>червень</w:t>
            </w:r>
            <w:proofErr w:type="spellEnd"/>
            <w:r w:rsidRPr="008C5B26">
              <w:rPr>
                <w:rFonts w:cs="Times New Roman"/>
                <w:sz w:val="28"/>
                <w:szCs w:val="28"/>
              </w:rPr>
              <w:t xml:space="preserve"> 2027</w:t>
            </w:r>
          </w:p>
        </w:tc>
        <w:tc>
          <w:tcPr>
            <w:tcW w:w="3039" w:type="dxa"/>
            <w:vAlign w:val="center"/>
          </w:tcPr>
          <w:p w14:paraId="2FC9DEEE" w14:textId="77777777" w:rsidR="00B944AC" w:rsidRPr="008C5B26" w:rsidRDefault="007953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C5B26">
              <w:rPr>
                <w:rFonts w:cs="Times New Roman"/>
                <w:sz w:val="28"/>
                <w:szCs w:val="28"/>
              </w:rPr>
              <w:t>Заступник директора</w:t>
            </w:r>
          </w:p>
        </w:tc>
        <w:tc>
          <w:tcPr>
            <w:tcW w:w="3039" w:type="dxa"/>
          </w:tcPr>
          <w:p w14:paraId="6E7A15C4" w14:textId="77777777" w:rsidR="00B944AC" w:rsidRPr="008C5B26" w:rsidRDefault="00B944AC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14:paraId="4E10464A" w14:textId="77777777" w:rsidR="007953EE" w:rsidRPr="008C5B26" w:rsidRDefault="007953EE">
      <w:pPr>
        <w:rPr>
          <w:rFonts w:cs="Times New Roman"/>
          <w:sz w:val="28"/>
          <w:szCs w:val="28"/>
        </w:rPr>
      </w:pPr>
    </w:p>
    <w:sectPr w:rsidR="007953EE" w:rsidRPr="008C5B26" w:rsidSect="00034616">
      <w:footerReference w:type="default" r:id="rId8"/>
      <w:pgSz w:w="16838" w:h="11906" w:orient="landscape"/>
      <w:pgMar w:top="850" w:right="680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82FAE" w14:textId="77777777" w:rsidR="00284841" w:rsidRDefault="00284841">
      <w:pPr>
        <w:spacing w:after="0" w:line="240" w:lineRule="auto"/>
      </w:pPr>
      <w:r>
        <w:separator/>
      </w:r>
    </w:p>
  </w:endnote>
  <w:endnote w:type="continuationSeparator" w:id="0">
    <w:p w14:paraId="29ABB8D9" w14:textId="77777777" w:rsidR="00284841" w:rsidRDefault="00284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3161C" w14:textId="77777777" w:rsidR="00B944AC" w:rsidRDefault="007953EE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 w:rsidR="008C5B2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172D4" w14:textId="77777777" w:rsidR="00284841" w:rsidRDefault="00284841">
      <w:pPr>
        <w:spacing w:after="0" w:line="240" w:lineRule="auto"/>
      </w:pPr>
      <w:r>
        <w:separator/>
      </w:r>
    </w:p>
  </w:footnote>
  <w:footnote w:type="continuationSeparator" w:id="0">
    <w:p w14:paraId="7D40AB5B" w14:textId="77777777" w:rsidR="00284841" w:rsidRDefault="002848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9235615">
    <w:abstractNumId w:val="8"/>
  </w:num>
  <w:num w:numId="2" w16cid:durableId="1410422950">
    <w:abstractNumId w:val="6"/>
  </w:num>
  <w:num w:numId="3" w16cid:durableId="2120252697">
    <w:abstractNumId w:val="5"/>
  </w:num>
  <w:num w:numId="4" w16cid:durableId="206766088">
    <w:abstractNumId w:val="4"/>
  </w:num>
  <w:num w:numId="5" w16cid:durableId="1867789686">
    <w:abstractNumId w:val="7"/>
  </w:num>
  <w:num w:numId="6" w16cid:durableId="467010811">
    <w:abstractNumId w:val="3"/>
  </w:num>
  <w:num w:numId="7" w16cid:durableId="1517379316">
    <w:abstractNumId w:val="2"/>
  </w:num>
  <w:num w:numId="8" w16cid:durableId="423577047">
    <w:abstractNumId w:val="1"/>
  </w:num>
  <w:num w:numId="9" w16cid:durableId="1774133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9F9"/>
    <w:rsid w:val="0015074B"/>
    <w:rsid w:val="00284841"/>
    <w:rsid w:val="0029639D"/>
    <w:rsid w:val="00326F90"/>
    <w:rsid w:val="007953EE"/>
    <w:rsid w:val="007C2F19"/>
    <w:rsid w:val="008C5B26"/>
    <w:rsid w:val="00AA1D8D"/>
    <w:rsid w:val="00B47730"/>
    <w:rsid w:val="00B944AC"/>
    <w:rsid w:val="00CB0664"/>
    <w:rsid w:val="00DC35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AD0191"/>
  <w14:defaultImageDpi w14:val="300"/>
  <w15:docId w15:val="{7FC858A5-27B9-4888-A40B-AE31FABC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2096</Words>
  <Characters>1195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evfytwm1973@gmail.com</cp:lastModifiedBy>
  <cp:revision>3</cp:revision>
  <cp:lastPrinted>2026-09-14T07:59:00Z</cp:lastPrinted>
  <dcterms:created xsi:type="dcterms:W3CDTF">2026-09-14T08:14:00Z</dcterms:created>
  <dcterms:modified xsi:type="dcterms:W3CDTF">2026-09-14T08:20:00Z</dcterms:modified>
  <cp:category/>
</cp:coreProperties>
</file>