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6031D" w14:textId="77777777" w:rsidR="0000199F" w:rsidRPr="00BE7E11" w:rsidRDefault="00EE50CA" w:rsidP="007A24C4">
      <w:pPr>
        <w:jc w:val="center"/>
      </w:pPr>
      <w:r w:rsidRPr="00BE7E11">
        <w:rPr>
          <w:b/>
        </w:rPr>
        <w:t>ІНФОРМАЦІЯ</w:t>
      </w:r>
    </w:p>
    <w:p w14:paraId="20C217B3" w14:textId="3D7F3D43" w:rsidR="0000199F" w:rsidRPr="00BE7E11" w:rsidRDefault="00EE50CA" w:rsidP="007A24C4">
      <w:pPr>
        <w:spacing w:after="240"/>
        <w:jc w:val="center"/>
      </w:pPr>
      <w:r w:rsidRPr="00BE7E11">
        <w:rPr>
          <w:b/>
        </w:rPr>
        <w:t>для здобувачів освіти, батьків (інших законних представників) та працівників ліцею</w:t>
      </w:r>
      <w:r w:rsidR="00BE7E11" w:rsidRPr="00BE7E11">
        <w:rPr>
          <w:b/>
        </w:rPr>
        <w:t xml:space="preserve"> </w:t>
      </w:r>
      <w:r w:rsidRPr="00BE7E11">
        <w:rPr>
          <w:b/>
        </w:rPr>
        <w:t>про способи повідомлення про можливі випадки насильства та/або жорстокого поводження з дітьми</w:t>
      </w:r>
    </w:p>
    <w:p w14:paraId="5113EF4A" w14:textId="77777777" w:rsidR="0000199F" w:rsidRPr="00BE7E11" w:rsidRDefault="00EE50CA" w:rsidP="00BE7E11">
      <w:pPr>
        <w:jc w:val="both"/>
      </w:pPr>
      <w:r w:rsidRPr="00BE7E11">
        <w:t xml:space="preserve">Якщо вам стало відомо про можливий випадок насильства та/або </w:t>
      </w:r>
      <w:r w:rsidRPr="00BE7E11">
        <w:t>жорстокого поводження з дитиною або дитина потребує допомоги, про це необхідно повідомити ліцей.</w:t>
      </w:r>
    </w:p>
    <w:p w14:paraId="04CFCBBE" w14:textId="77777777" w:rsidR="0000199F" w:rsidRPr="00BE7E11" w:rsidRDefault="00EE50CA" w:rsidP="00BE7E11">
      <w:pPr>
        <w:spacing w:before="160" w:after="60"/>
        <w:jc w:val="both"/>
      </w:pPr>
      <w:r w:rsidRPr="00BE7E11">
        <w:rPr>
          <w:b/>
        </w:rPr>
        <w:t>Хто може повідомити?</w:t>
      </w:r>
    </w:p>
    <w:p w14:paraId="32C7F40B" w14:textId="77777777" w:rsidR="0000199F" w:rsidRPr="00BE7E11" w:rsidRDefault="00EE50CA" w:rsidP="00BE7E11">
      <w:pPr>
        <w:jc w:val="both"/>
      </w:pPr>
      <w:r w:rsidRPr="00BE7E11">
        <w:t>Повідомлення може подати:</w:t>
      </w:r>
    </w:p>
    <w:p w14:paraId="3BEA106E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здобувач освіти;</w:t>
      </w:r>
    </w:p>
    <w:p w14:paraId="1D851BE9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батько, мати або інший законний представник дитини;</w:t>
      </w:r>
    </w:p>
    <w:p w14:paraId="168C8C38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працівник ліцею;</w:t>
      </w:r>
    </w:p>
    <w:p w14:paraId="28EBFA44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інша особа, якій с</w:t>
      </w:r>
      <w:r w:rsidRPr="00BE7E11">
        <w:t>тало відомо про можливий випадок насильства та/або жорстокого поводження з дитиною.</w:t>
      </w:r>
    </w:p>
    <w:p w14:paraId="7FECC5D6" w14:textId="77777777" w:rsidR="0000199F" w:rsidRPr="00BE7E11" w:rsidRDefault="00EE50CA" w:rsidP="00BE7E11">
      <w:pPr>
        <w:spacing w:before="160" w:after="60"/>
        <w:jc w:val="both"/>
      </w:pPr>
      <w:r w:rsidRPr="00BE7E11">
        <w:rPr>
          <w:b/>
        </w:rPr>
        <w:t>Як можна повідомити?</w:t>
      </w:r>
    </w:p>
    <w:p w14:paraId="396E995B" w14:textId="77777777" w:rsidR="0000199F" w:rsidRPr="00BE7E11" w:rsidRDefault="00EE50CA" w:rsidP="00BE7E11">
      <w:pPr>
        <w:spacing w:before="100"/>
        <w:jc w:val="both"/>
      </w:pPr>
      <w:r w:rsidRPr="00BE7E11">
        <w:rPr>
          <w:b/>
        </w:rPr>
        <w:t>1. Особисто</w:t>
      </w:r>
    </w:p>
    <w:p w14:paraId="62FE0036" w14:textId="29E6973A" w:rsidR="0000199F" w:rsidRPr="00EE50CA" w:rsidRDefault="00EE50CA" w:rsidP="00BE7E11">
      <w:pPr>
        <w:ind w:left="283"/>
        <w:jc w:val="both"/>
      </w:pPr>
      <w:r w:rsidRPr="00BE7E11">
        <w:t>Звернутися до директора ліцею</w:t>
      </w:r>
      <w:r w:rsidR="00BE7E11">
        <w:t xml:space="preserve"> – </w:t>
      </w:r>
      <w:r w:rsidRPr="00EE50CA">
        <w:t xml:space="preserve">Володимир Гнатюк </w:t>
      </w:r>
    </w:p>
    <w:p w14:paraId="0D50C40F" w14:textId="45D188D5" w:rsidR="00BE7E11" w:rsidRPr="00BE7E11" w:rsidRDefault="00EE50CA" w:rsidP="00BE7E11">
      <w:pPr>
        <w:ind w:left="283"/>
        <w:jc w:val="both"/>
        <w:rPr>
          <w:color w:val="EE0000"/>
        </w:rPr>
      </w:pPr>
      <w:r w:rsidRPr="00BE7E11">
        <w:t>особи, відповідальної за приймання, реєстрацію та облік повідомлень</w:t>
      </w:r>
      <w:r w:rsidR="00BE7E11">
        <w:t xml:space="preserve"> –</w:t>
      </w:r>
      <w:r w:rsidR="00BE7E11" w:rsidRPr="00BE7E11">
        <w:t xml:space="preserve"> </w:t>
      </w:r>
      <w:r>
        <w:t xml:space="preserve">Оксана </w:t>
      </w:r>
      <w:r w:rsidRPr="00EE50CA">
        <w:t xml:space="preserve">Харчук, Ольга </w:t>
      </w:r>
      <w:proofErr w:type="spellStart"/>
      <w:r w:rsidRPr="00EE50CA">
        <w:t>Андрухова</w:t>
      </w:r>
      <w:proofErr w:type="spellEnd"/>
      <w:r w:rsidRPr="00EE50CA">
        <w:t>.</w:t>
      </w:r>
    </w:p>
    <w:p w14:paraId="4157553D" w14:textId="2F69EA5D" w:rsidR="0000199F" w:rsidRPr="00BE7E11" w:rsidRDefault="00EE50CA" w:rsidP="00BE7E11">
      <w:pPr>
        <w:ind w:left="283"/>
        <w:jc w:val="both"/>
      </w:pPr>
      <w:r w:rsidRPr="00BE7E11">
        <w:t>Повід</w:t>
      </w:r>
      <w:r w:rsidRPr="00BE7E11">
        <w:t>омити про можливий випадок також можна іншому працівнику ліцею.</w:t>
      </w:r>
    </w:p>
    <w:p w14:paraId="4E6DEA63" w14:textId="77777777" w:rsidR="0000199F" w:rsidRPr="00BE7E11" w:rsidRDefault="00EE50CA" w:rsidP="00BE7E11">
      <w:pPr>
        <w:spacing w:before="100"/>
        <w:jc w:val="both"/>
      </w:pPr>
      <w:r w:rsidRPr="00BE7E11">
        <w:rPr>
          <w:b/>
        </w:rPr>
        <w:t>2. Письмово</w:t>
      </w:r>
    </w:p>
    <w:p w14:paraId="69C5C103" w14:textId="77777777" w:rsidR="0000199F" w:rsidRPr="00BE7E11" w:rsidRDefault="00EE50CA" w:rsidP="00BE7E11">
      <w:pPr>
        <w:ind w:left="283"/>
        <w:jc w:val="both"/>
      </w:pPr>
      <w:r w:rsidRPr="00BE7E11">
        <w:t>Передати письмове повідомлення директору ліцею або особі, відповідальній за приймання, реєстрацію та облік повідомлень.</w:t>
      </w:r>
    </w:p>
    <w:p w14:paraId="628A8341" w14:textId="77777777" w:rsidR="0000199F" w:rsidRPr="00BE7E11" w:rsidRDefault="00EE50CA" w:rsidP="00BE7E11">
      <w:pPr>
        <w:spacing w:before="100"/>
        <w:jc w:val="both"/>
      </w:pPr>
      <w:r w:rsidRPr="00BE7E11">
        <w:rPr>
          <w:b/>
        </w:rPr>
        <w:t>3. Телефоном</w:t>
      </w:r>
    </w:p>
    <w:p w14:paraId="76DA356B" w14:textId="5D904573" w:rsidR="0000199F" w:rsidRPr="00BE7E11" w:rsidRDefault="00EE50CA" w:rsidP="00BE7E11">
      <w:pPr>
        <w:ind w:left="283"/>
        <w:jc w:val="both"/>
      </w:pPr>
      <w:r w:rsidRPr="00BE7E11">
        <w:t>Номер телефону для повідомлень:</w:t>
      </w:r>
      <w:r>
        <w:t xml:space="preserve"> 530-13-18</w:t>
      </w:r>
    </w:p>
    <w:p w14:paraId="378F21DC" w14:textId="77777777" w:rsidR="0000199F" w:rsidRPr="00BE7E11" w:rsidRDefault="00EE50CA" w:rsidP="00BE7E11">
      <w:pPr>
        <w:spacing w:before="100"/>
        <w:jc w:val="both"/>
      </w:pPr>
      <w:r w:rsidRPr="00BE7E11">
        <w:rPr>
          <w:b/>
        </w:rPr>
        <w:t>4. Електронною поштою</w:t>
      </w:r>
    </w:p>
    <w:p w14:paraId="0912C699" w14:textId="53F4F212" w:rsidR="0000199F" w:rsidRPr="00BE7E11" w:rsidRDefault="00EE50CA" w:rsidP="00BE7E11">
      <w:pPr>
        <w:ind w:left="283"/>
        <w:jc w:val="both"/>
      </w:pPr>
      <w:r w:rsidRPr="00BE7E11">
        <w:t>Електронна адреса:</w:t>
      </w:r>
      <w:r w:rsidRPr="00EE50CA">
        <w:t xml:space="preserve"> sh283@ukr.net</w:t>
      </w:r>
    </w:p>
    <w:p w14:paraId="76C0C4E5" w14:textId="77777777" w:rsidR="0000199F" w:rsidRPr="00BE7E11" w:rsidRDefault="00EE50CA" w:rsidP="00BE7E11">
      <w:pPr>
        <w:spacing w:before="100"/>
        <w:jc w:val="both"/>
      </w:pPr>
      <w:r w:rsidRPr="00BE7E11">
        <w:rPr>
          <w:b/>
        </w:rPr>
        <w:t>5. Через скриньку для письмових повідомлень</w:t>
      </w:r>
    </w:p>
    <w:p w14:paraId="5C4E774E" w14:textId="790107EE" w:rsidR="0000199F" w:rsidRPr="00BE7E11" w:rsidRDefault="00EE50CA" w:rsidP="00BE7E11">
      <w:pPr>
        <w:ind w:left="283"/>
        <w:jc w:val="both"/>
      </w:pPr>
      <w:r w:rsidRPr="00BE7E11">
        <w:t>Скринька розміщена:</w:t>
      </w:r>
      <w:r>
        <w:t xml:space="preserve"> біля актової зали.</w:t>
      </w:r>
    </w:p>
    <w:p w14:paraId="4B9EF69A" w14:textId="77777777" w:rsidR="0000199F" w:rsidRPr="00BE7E11" w:rsidRDefault="00EE50CA" w:rsidP="00BE7E11">
      <w:pPr>
        <w:spacing w:before="100"/>
        <w:jc w:val="both"/>
      </w:pPr>
      <w:bookmarkStart w:id="0" w:name="_GoBack"/>
      <w:bookmarkEnd w:id="0"/>
      <w:r w:rsidRPr="00BE7E11">
        <w:rPr>
          <w:b/>
        </w:rPr>
        <w:t>6. Анонімно</w:t>
      </w:r>
    </w:p>
    <w:p w14:paraId="2C674258" w14:textId="77777777" w:rsidR="0000199F" w:rsidRPr="00BE7E11" w:rsidRDefault="00EE50CA" w:rsidP="00BE7E11">
      <w:pPr>
        <w:ind w:left="283"/>
        <w:jc w:val="both"/>
      </w:pPr>
      <w:r w:rsidRPr="00BE7E11">
        <w:t>Повідомлення про можливий випадок насильства та/або жорстокого поводження з дитиною може бути подано без зазначення особистих даних заявника через доступні для цього канали по</w:t>
      </w:r>
      <w:r w:rsidRPr="00BE7E11">
        <w:t>відомлення.</w:t>
      </w:r>
    </w:p>
    <w:p w14:paraId="1068FFFD" w14:textId="77777777" w:rsidR="0000199F" w:rsidRPr="00BE7E11" w:rsidRDefault="00EE50CA" w:rsidP="00BE7E11">
      <w:pPr>
        <w:spacing w:before="160" w:after="60"/>
        <w:jc w:val="both"/>
      </w:pPr>
      <w:r w:rsidRPr="00BE7E11">
        <w:rPr>
          <w:b/>
        </w:rPr>
        <w:lastRenderedPageBreak/>
        <w:t>Що бажано зазначити у повідомленні?</w:t>
      </w:r>
    </w:p>
    <w:p w14:paraId="27315478" w14:textId="77777777" w:rsidR="0000199F" w:rsidRPr="00BE7E11" w:rsidRDefault="00EE50CA" w:rsidP="00BE7E11">
      <w:pPr>
        <w:jc w:val="both"/>
      </w:pPr>
      <w:r w:rsidRPr="00BE7E11">
        <w:t xml:space="preserve">За можливості </w:t>
      </w:r>
      <w:proofErr w:type="spellStart"/>
      <w:r w:rsidRPr="00BE7E11">
        <w:t>повідомте</w:t>
      </w:r>
      <w:proofErr w:type="spellEnd"/>
      <w:r w:rsidRPr="00BE7E11">
        <w:t>:</w:t>
      </w:r>
    </w:p>
    <w:p w14:paraId="2A8244FB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що сталося;</w:t>
      </w:r>
    </w:p>
    <w:p w14:paraId="629D0C4D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де і коли сталася подія;</w:t>
      </w:r>
    </w:p>
    <w:p w14:paraId="3DEDCBE0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хто може бути причетний до події;</w:t>
      </w:r>
    </w:p>
    <w:p w14:paraId="66B32B69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хто постраждав;</w:t>
      </w:r>
    </w:p>
    <w:p w14:paraId="02954F96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чи є свідки;</w:t>
      </w:r>
    </w:p>
    <w:p w14:paraId="351AEB4F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>чи існує зараз загроза життю або здоров’ю дитини;</w:t>
      </w:r>
    </w:p>
    <w:p w14:paraId="64C209EB" w14:textId="77777777" w:rsidR="0000199F" w:rsidRPr="00BE7E11" w:rsidRDefault="00EE50CA" w:rsidP="00BE7E11">
      <w:pPr>
        <w:ind w:left="397" w:hanging="227"/>
        <w:jc w:val="both"/>
      </w:pPr>
      <w:r w:rsidRPr="00BE7E11">
        <w:rPr>
          <w:b/>
        </w:rPr>
        <w:t xml:space="preserve">• </w:t>
      </w:r>
      <w:r w:rsidRPr="00BE7E11">
        <w:t xml:space="preserve">інші відомі вам </w:t>
      </w:r>
      <w:r w:rsidRPr="00BE7E11">
        <w:t>обставини, які можуть допомогти належно відреагувати на ситуацію.</w:t>
      </w:r>
    </w:p>
    <w:p w14:paraId="03037383" w14:textId="77777777" w:rsidR="0000199F" w:rsidRPr="00BE7E11" w:rsidRDefault="00EE50CA" w:rsidP="00BE7E11">
      <w:pPr>
        <w:jc w:val="both"/>
      </w:pPr>
      <w:r w:rsidRPr="00BE7E11">
        <w:rPr>
          <w:b/>
        </w:rPr>
        <w:t>Якщо ви не знаєте всіх обставин, це не перешкоджає поданню повідомлення.</w:t>
      </w:r>
    </w:p>
    <w:p w14:paraId="367314B9" w14:textId="77777777" w:rsidR="0000199F" w:rsidRPr="00BE7E11" w:rsidRDefault="00EE50CA" w:rsidP="00BE7E11">
      <w:pPr>
        <w:spacing w:before="160" w:after="60"/>
        <w:jc w:val="both"/>
      </w:pPr>
      <w:r w:rsidRPr="00BE7E11">
        <w:rPr>
          <w:b/>
        </w:rPr>
        <w:t>Що відбудеться після повідомлення?</w:t>
      </w:r>
    </w:p>
    <w:p w14:paraId="77EED685" w14:textId="77777777" w:rsidR="0000199F" w:rsidRPr="00BE7E11" w:rsidRDefault="00EE50CA" w:rsidP="00BE7E11">
      <w:pPr>
        <w:jc w:val="both"/>
      </w:pPr>
      <w:r w:rsidRPr="00BE7E11">
        <w:t>Отримане повідомлення реєструється та передається директору ліцею для розгляду і п</w:t>
      </w:r>
      <w:r w:rsidRPr="00BE7E11">
        <w:t>одальшого реагування відповідно до законодавства та Положення про запобігання та протидію насильству та жорстокому поводженню з дітьми у ліцеї.</w:t>
      </w:r>
    </w:p>
    <w:p w14:paraId="20A8B0F1" w14:textId="77777777" w:rsidR="0000199F" w:rsidRPr="00BE7E11" w:rsidRDefault="00EE50CA" w:rsidP="00BE7E11">
      <w:pPr>
        <w:jc w:val="both"/>
      </w:pPr>
      <w:r w:rsidRPr="00BE7E11">
        <w:t>Під час розгляду повідомлення забезпечуються захист прав та найкращих інтересів дитини, конфіденційність інформа</w:t>
      </w:r>
      <w:r w:rsidRPr="00BE7E11">
        <w:t>ції та недопущення її неправомірного розголошення.</w:t>
      </w:r>
    </w:p>
    <w:p w14:paraId="0298D483" w14:textId="77777777" w:rsidR="0000199F" w:rsidRPr="00BE7E11" w:rsidRDefault="00EE50CA" w:rsidP="00BE7E11">
      <w:pPr>
        <w:spacing w:before="160" w:after="60"/>
        <w:jc w:val="both"/>
      </w:pPr>
      <w:r w:rsidRPr="00BE7E11">
        <w:rPr>
          <w:b/>
        </w:rPr>
        <w:t>Важливо для здобувачів освіти</w:t>
      </w:r>
    </w:p>
    <w:p w14:paraId="3C1D5997" w14:textId="77777777" w:rsidR="0000199F" w:rsidRPr="00BE7E11" w:rsidRDefault="00EE50CA" w:rsidP="00BE7E11">
      <w:pPr>
        <w:jc w:val="both"/>
      </w:pPr>
      <w:r w:rsidRPr="00BE7E11">
        <w:rPr>
          <w:b/>
        </w:rPr>
        <w:t>Не мовчи, якщо тобі боляче, страшно, тебе ображають, принижують, залякують, переслідують, б’ють, штовхають, погрожують тобі, забирають або пошкоджують твої речі, поширюють при</w:t>
      </w:r>
      <w:r w:rsidRPr="00BE7E11">
        <w:rPr>
          <w:b/>
        </w:rPr>
        <w:t>низливі матеріали чи вчиняють щодо тебе інші небажані дії.</w:t>
      </w:r>
    </w:p>
    <w:p w14:paraId="4D02D1F2" w14:textId="77777777" w:rsidR="0000199F" w:rsidRPr="00BE7E11" w:rsidRDefault="00EE50CA" w:rsidP="00BE7E11">
      <w:pPr>
        <w:jc w:val="both"/>
      </w:pPr>
      <w:r w:rsidRPr="00BE7E11">
        <w:t>Ти можеш звернутися по допомогу до дорослого, якому довіряєш, або скористатися одним із визначених ліцеєм способів повідомлення.</w:t>
      </w:r>
    </w:p>
    <w:p w14:paraId="003D0477" w14:textId="504DC295" w:rsidR="0000199F" w:rsidRPr="00BE7E11" w:rsidRDefault="00EE50CA" w:rsidP="00BE7E11">
      <w:pPr>
        <w:jc w:val="both"/>
      </w:pPr>
      <w:r w:rsidRPr="00BE7E11">
        <w:t xml:space="preserve">Якщо ти став/стала свідком можливого насильства щодо іншої дитини </w:t>
      </w:r>
      <w:r w:rsidR="00BE7E11">
        <w:t>–</w:t>
      </w:r>
      <w:r w:rsidRPr="00BE7E11">
        <w:t xml:space="preserve"> також повідом про це.</w:t>
      </w:r>
    </w:p>
    <w:p w14:paraId="3FE0EAA6" w14:textId="36845893" w:rsidR="0000199F" w:rsidRDefault="00EE50CA" w:rsidP="00BE7E11">
      <w:pPr>
        <w:jc w:val="both"/>
      </w:pPr>
      <w:r w:rsidRPr="00BE7E11">
        <w:rPr>
          <w:b/>
        </w:rPr>
        <w:t xml:space="preserve">Звернення по допомогу </w:t>
      </w:r>
      <w:r w:rsidR="00BE7E11">
        <w:rPr>
          <w:b/>
        </w:rPr>
        <w:t>–</w:t>
      </w:r>
      <w:r w:rsidRPr="00BE7E11">
        <w:rPr>
          <w:b/>
        </w:rPr>
        <w:t xml:space="preserve"> це спосіб захистити себе або іншу дитину.</w:t>
      </w:r>
    </w:p>
    <w:sectPr w:rsidR="0000199F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99F"/>
    <w:rsid w:val="00034616"/>
    <w:rsid w:val="0006063C"/>
    <w:rsid w:val="0015074B"/>
    <w:rsid w:val="0029639D"/>
    <w:rsid w:val="00326F90"/>
    <w:rsid w:val="006925A3"/>
    <w:rsid w:val="007A24C4"/>
    <w:rsid w:val="00AA1D8D"/>
    <w:rsid w:val="00B47730"/>
    <w:rsid w:val="00BE7E11"/>
    <w:rsid w:val="00CB0664"/>
    <w:rsid w:val="00EE50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341C8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  <w:sz w:val="28"/>
      <w:lang w:val="uk-U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ція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  <w:sz w:val="28"/>
      <w:lang w:val="uk-U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ція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E0D10F-D8EC-4536-A0B1-30E8012E6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1732</Words>
  <Characters>988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Anastasia Lytvyniuk</cp:lastModifiedBy>
  <cp:revision>2</cp:revision>
  <dcterms:created xsi:type="dcterms:W3CDTF">2026-09-10T22:17:00Z</dcterms:created>
  <dcterms:modified xsi:type="dcterms:W3CDTF">2026-09-10T22:17:00Z</dcterms:modified>
</cp:coreProperties>
</file>